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365B42"/>
          <w:sz w:val="16"/>
        </w:rPr>
        <w:t>STABLE STUDIOS   /   CREATOR RESOURCES</w:t>
      </w:r>
    </w:p>
    <w:p>
      <w:pPr>
        <w:pStyle w:val="Title"/>
        <w:spacing w:after="100"/>
      </w:pPr>
      <w:r>
        <w:t>One page TV show pitch template</w:t>
      </w:r>
    </w:p>
    <w:p>
      <w:pPr>
        <w:pStyle w:val="Subtitle"/>
        <w:spacing w:after="200"/>
      </w:pPr>
      <w:r>
        <w:t>An editable starting point for an original live action or animated series</w:t>
      </w:r>
    </w:p>
    <w:p>
      <w:pPr>
        <w:spacing w:after="140"/>
      </w:pPr>
      <w:r>
        <w:t>Replace the bracketed prompts with your own writing. Aim for one clear page, then check the recipient's actual requirements. The suggested lengths below are editing aids, not submission rules.</w:t>
      </w:r>
    </w:p>
    <w:p>
      <w:pPr>
        <w:spacing w:after="100"/>
      </w:pPr>
      <w:r>
        <w:rPr>
          <w:b/>
        </w:rPr>
        <w:t xml:space="preserve">Title </w:t>
      </w:r>
      <w:r>
        <w:t>[Your show title]</w:t>
      </w:r>
    </w:p>
    <w:p>
      <w:pPr>
        <w:spacing w:after="100"/>
      </w:pPr>
      <w:r>
        <w:rPr>
          <w:b/>
        </w:rPr>
        <w:t xml:space="preserve">Creator and contact </w:t>
      </w:r>
      <w:r>
        <w:t>[Name]  |  [Email or representative]  |  [Version and date]</w:t>
      </w:r>
    </w:p>
    <w:p>
      <w:pPr>
        <w:spacing w:after="100"/>
      </w:pPr>
      <w:r>
        <w:rPr>
          <w:b/>
        </w:rPr>
        <w:t xml:space="preserve">Format and audience </w:t>
      </w:r>
      <w:r>
        <w:t>[Live action or animation; episode length; episodic or serialized; intended audience]</w:t>
      </w:r>
    </w:p>
    <w:p>
      <w:pPr>
        <w:pStyle w:val="Heading1"/>
        <w:spacing w:after="80"/>
      </w:pPr>
      <w:r>
        <w:t>Logline</w:t>
      </w:r>
    </w:p>
    <w:p>
      <w:pPr>
        <w:spacing w:after="140"/>
      </w:pPr>
      <w:r>
        <w:t>[In one or two sentences, name the lead, their specific goal, the obstacle, and what failure would cost. Give the reader a story rather than only a theme.]</w:t>
      </w:r>
    </w:p>
    <w:p>
      <w:pPr>
        <w:pStyle w:val="Heading1"/>
        <w:spacing w:after="80"/>
      </w:pPr>
      <w:r>
        <w:t>The series</w:t>
      </w:r>
    </w:p>
    <w:p>
      <w:pPr>
        <w:spacing w:after="140"/>
      </w:pPr>
      <w:r>
        <w:t>[In roughly 80 to 110 words, explain the world, the situation that starts the series, the central relationship, and the distinctive dramatic or comic promise. Name the tone through concrete story choices.]</w:t>
      </w:r>
    </w:p>
    <w:p>
      <w:pPr>
        <w:pStyle w:val="Heading1"/>
        <w:spacing w:after="80"/>
      </w:pPr>
      <w:r>
        <w:t>Why the story keeps going</w:t>
      </w:r>
    </w:p>
    <w:p>
      <w:pPr>
        <w:spacing w:after="140"/>
      </w:pPr>
      <w:r>
        <w:t>[In roughly 60 to 90 words, explain what produces fresh episode problems. Give two different episode situations. For a serial, also name the season question and the pressure that escalates.]</w:t>
      </w:r>
    </w:p>
    <w:p>
      <w:pPr>
        <w:pStyle w:val="Heading1"/>
        <w:spacing w:after="80"/>
      </w:pPr>
      <w:r>
        <w:t>The pilot</w:t>
      </w:r>
    </w:p>
    <w:p>
      <w:pPr>
        <w:spacing w:after="140"/>
      </w:pPr>
      <w:r>
        <w:t>[In roughly 60 to 90 words, follow the lead's choice through a specific conflict to its consequence. End with the change that makes episode two necessary. Do not summarize every scene.]</w:t>
      </w:r>
    </w:p>
    <w:p>
      <w:pPr>
        <w:pStyle w:val="Heading1"/>
        <w:spacing w:after="80"/>
      </w:pPr>
      <w:r>
        <w:t>Why you and what comes next</w:t>
      </w:r>
    </w:p>
    <w:p>
      <w:pPr>
        <w:spacing w:after="140"/>
      </w:pPr>
      <w:r>
        <w:t>[Briefly explain your connection to this material without inventing credentials. State what exists, what is unfinished, who controls any source material, and the next development help you seek.]</w:t>
      </w:r>
    </w:p>
    <w:p>
      <w:pPr>
        <w:spacing w:after="0"/>
      </w:pPr>
      <w:r>
        <w:rPr>
          <w:sz w:val="17"/>
        </w:rPr>
        <w:t>Before sharing  Remove prompts, check names and links, state attachments accurately, and export a readable copy. This resource does not promise studio consideration or funding.</w:t>
      </w:r>
    </w:p>
    <w:sectPr w:rsidR="00FC693F" w:rsidRPr="0006063C" w:rsidSect="00034616">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Georgia" w:hAnsi="Georg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page TV show pitch template</dc:title>
  <dc:subject>Editable creator planning template</dc:subject>
  <dc:creator>Stable Studios</dc:creator>
  <cp:keywords>creator resource, editable template</cp:keywords>
  <dc:description/>
  <cp:lastModifiedBy/>
  <cp:revision>1</cp:revision>
  <dcterms:created xsi:type="dcterms:W3CDTF">2013-12-23T23:15:00Z</dcterms:created>
  <dcterms:modified xsi:type="dcterms:W3CDTF">2013-12-23T23:15:00Z</dcterms:modified>
  <cp:category/>
</cp:coreProperties>
</file>